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תחי הדמוקרטיה – שיעור שירה לקראת הבחירות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תחי הדמוקרטיה – שירה וערכים דמוקרטיים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בדמוקרטיה ובתהליך הבחירות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אמנותיים בשיר ולהבין את 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שיח מכבד כאשר יש מחלוקת דעות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אמצעים אמנותיים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דימוי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(שלטון העם)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(תהליך בחירת נציגים)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(תיבה להצבעה)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(חילוקי דעות)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(דיבור בכבוד הדדי)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(חבר במדינה עם זכויות וחובות)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עיקרון יסוד בדמוקרטיה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שיח מכבד מבוסס על הקשבה בלי פגיעה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זכות הבחירה שייכת לכל האזרחים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אמצעים כמו מטאפורה וחזרה מעבירים 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בדמוקרטיה ההחלטה היא של כלל העם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נציגיו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מחלוקת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מכבד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קריאת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קראו את כותרת השיר ונסו לנחש על מה הוא מדבר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קראו את השיר פעם ראשונה בשקט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סמנו מילים או ביטויים שחוזרים על עצמם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זהו את האמצעים האמנותיים בכל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נסחו במשפט אחד מה הרעיון המרכזי של השיר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ושיח מכבד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יציין הקשבה, שפה מנומסת, הימנעות מעלבונות וניסיון להבין את הצד השני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משפט יצירתי שמכיל השוואה או דימוי ברור יתקבל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שדמוקרטיה היא שלטון העם דרך 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אמצעי כמו מטאפורה, דימוי או חזרה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אזכור הקשבה וכבוד הדדי כשיש מחלוקת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קצרה משירי הבחירות כדי להמחיש אמצעי אמנותי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חלק הסידור בזוגות לפני השוואה במליאה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שימוש בדוגמאות אישיות משיחות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תחי הדמוקרטיה – שיעור שירה לקראת הבחירות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תחי הדמוקרטיה – שירה וערכים דמוקרטיים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המשחקים שראינו באתר: התאמת מילים, זיהוי אמצעים אמנותיים, מיון ערכים, סידור רעיונות ושיח מכבד. התרגילים בודקים הבנה של מושגי דמוקרטיה ושל כלים לקריאת שיר.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אמצעים אמנותיים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במשפט 'המילה חופש חוזרת שלוש פעמים בבית' משתמשים באמצעי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 רטורית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במשפט 'העם הוא לב הדמוקרטיה' יש: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במשפט 'הקלפי מחייכת אל הבוחר' משתמשים ב: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הגזמה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במשפט 'הבחירות כמו חג גדול' יש: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האנשה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דמוקרטיה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חילוקי דעות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בחירות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תיבה להצבעה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חבר במדינה עם זכויות וחובות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מחלוקת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דיבור בכבוד הדדי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שיח מכבד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תהליך בחירת נציגים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אזרח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שלטון העם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בדמוקרטיה יש בחירות חופשיות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בשיח מכבד מותר להעליב את הצד השני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אזרח בדמוקרטיה יש זכות להצביע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 יכול לבטא עמדה בעזרת אמצעים אמנותיים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דמוקרטיה פירושה שרק קבוצה אחת מחליטה על הכל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במדינה דמוקרטית העם בוחר את __________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להצביע בבחירות צריך להגיע אל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כאשר לשני אנשים יש דעות שונות קוראים לזה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שיחה שמקשיבים בה לדעת האחר בכבוד נקראת שיח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קריאת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סמנו מילים או ביטויים שחוזרים על עצמם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נסחו במשפט אחד מה הרעיון המרכזי של השיר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 את כותרת השיר ונסו לנחש על מה הוא מדבר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 את השיר פעם ראשונה בשקט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זהו את האמצעים האמנותיים בכל בית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ושיח מכבד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כיצד אפשר להביע דעה שונה מדעת חבר בלי לפגוע 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חברו משפט אחד שמשתמש במטאפורה או בדימוי כדי לתאר את הדמוקרטיה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דמוקרטיה במילים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לאמצעי אמנותי אחד ולמה הוא משמש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לזכור כשיש מחלוקת עם חבר?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תחי הדמוקרטיה – שירה וערכים דמוקרטיים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