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בדמוקרטיה ובתהליך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כאשר יש מחלוקת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(שלטון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(תהליך בחירת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(תיבה להצבעה)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(חילוקי 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(דיבור בכבוד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(חבר במדינה עם זכויות וחובות)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יסוד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 מכבד מבוסס על הקשבה בלי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זכות הבחירה שייכת לכל האזרחים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אמצעים כמו מטאפורה וחזרה מעבירים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בדמוקרטיה ההחלטה היא של כלל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נציגיו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כותרת השיר ונסו לנחש על מה הוא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השיר פעם ראשונה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סמנו מילים או ביטויים שחוזרים על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האמצעים האמנותיים בכל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נסחו במשפט אחד מה הרעיון המרכזי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הקשבה, שפה מנומסת, הימנעות מעלבונות וניסיון להבין את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משפט יצירתי שמכיל השוואה או דימוי ברור יתקבל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שדמוקרטיה היא שלטון העם דרך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כמו מטאפורה, דימוי או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הקשבה וכבוד הדדי כשיש 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משירי הבחירות כדי להמחיש אמצעי 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בזוגות לפני השוואה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בדוגמאות אישיות משיחות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פשוטים על דמוקרטיה ועל שיר. נלמד מילים חדשות, נבדוק אם משפט נכון או לא, ונכתוב דעה בצורה מנומסת.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מנהיגיו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אזרחים מצביעים כדי לבחור נציגים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תיבה שבה שמים את פתק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מיוחדת שבה המשורר מבטא רעיון, כמו מטאפורה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המילה כמו, כאילו דבר אחד הוא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מחלוקת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לאנשים יש דעות שונות באותו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מקשיבים ומדברים בכבוד גם כשיש חילוקי דעות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במדינה שיש לו זכויות וחובות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כשמילה חוזרת כמה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אמצעי יש כשאומרים שדבר אחד הוא דבר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כשנותנים לחפץ תכונות של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אמצעי משתמש במילה כמו?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תיבה להצבעה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שלטון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בכבוד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מחלוקת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 במדינה עם זכויות וחובות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 מכבד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תהליך בחירת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חילוקי דעות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יש 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 מכבד מותר להעליב את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אזרח בדמוקרטיה יש זכות להצביע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יכול לבטא עמדה בעזרת אמצעים אמנותיים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דמוקרטיה פירושה שרק קבוצה אחת מחליטה על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במדינה דמוקרטית העם בוחר את 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להצביע בבחירות צריך להגיע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לשני אנשים יש דעות שונות קוראים לזה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שיחה שמקשיבים בה לדעת האחר בכבוד נקראת שיח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קריאת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האמצעים האמנותיים בכל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כותרת השיר ונסו לנחש על מה הוא מדבר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נסחו במשפט אחד מה הרעיון המרכזי של השיר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השיר פעם ראשונה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מילים או ביטויים שחוזרים על עצמם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אפשר להביע דעה שונה מדעת חבר בלי לפגוע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משפט אחד שמשתמש במטאפורה או בדימוי כדי לתאר את הדמוקרטיה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דמוקרטיה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אמנותי אחד ולמה הוא משמש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כשיש מחלוקת עם 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תחי הדמוקרטיה – שירה וערכים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