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תחי הדמוקרטיה – שירה וערכים דמוקרטיים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בדמוקרטיה ובתהליך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בשיר ולהבין 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שיח מכבד כאשר יש מחלוקת דעות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אמצעים אמנותיים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(שלטון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(תהליך בחירת נציגים)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(תיבה להצבעה)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(חילוקי דעות)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עיקרון יסוד בדמוקרטיה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שיח מכבד מבוסס על הקשבה בלי פגיעה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נציגיו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קריאת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כותרת השיר ונסו לנחש על מה הוא מדבר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קראו את השיר פעם ראשונה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סמנו מילים או ביטויים שחוזרים על עצמם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זהו את האמצעים האמנותיים בכל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יציין הקשבה, שפה מנומסת, הימנעות מעלבונות וניסיון להבין את הצד השני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שדמוקרטיה היא שלטון העם דרך 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אמצעי כמו מטאפורה, דימוי או 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אזכור הקשבה וכבוד הדדי כשיש מחלוקת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קצרה משירי הבחירות כדי להמחיש אמצעי אמנותי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הסידור בזוגות לפני השוואה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שימוש בדוגמאות אישיות משיחות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תחי הדמוקרטיה – שירה וערכים דמוקרטיים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המשחקים שראינו באתר: התאמת מילים, זיהוי אמצעים אמנותיים, מיון ערכים, סידור רעיונות ושיח מכבד. התרגילים בודקים הבנה של מושגי דמוקרטיה ושל כלים לקריאת שיר.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נציגיו  ·  קלפי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אמצעים אמנותיים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במשפט 'המילה חופש חוזרת שלוש פעמים בבית' משתמשים באמצעי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במשפט 'הבחירות כמו חג גדול' יש: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דימוי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תהליך בחירת נציגים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שלטון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חילוקי דעות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מחלוקת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תיבה להצבעה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בדמוקרטיה יש בחירות חופשיות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בשיח מכבד מותר להעליב את הצד השני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במדינה דמוקרטית העם בוחר את __________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להצביע בבחירות צריך להגיע אל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קריאת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 את השיר פעם ראשונה בשקט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 את כותרת השיר ונסו לנחש על מה הוא מדבר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זהו את האמצעים האמנותיים בכל 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סמנו מילים או ביטויים שחוזרים על עצמם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ושיח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כיצד אפשר להביע דעה שונה מדעת חבר בלי לפגוע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דמוקרטיה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לאמצעי אמנותי אחד ולמה הוא משמש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תחי הדמוקרטיה – שירה וערכים דמוקרטיים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